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מאבק וזיכרון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זיכרון 'אלמוני' לזיכרון 'בעל שם'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כמו האבק והזר בשירי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זיכרון של אדם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זוכרים אדם ולא רק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אין לנו חיילים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טבלת 'אלמוני' מול 'בעל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 הדובר ומה עושה הרוח לזר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הפתיחה השקטה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בשלב ההשוואה קוראים את 'עשרים שנה בגיא'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(לקצר קריאה, לעבוד עם 3 אפשרויות ובלי 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(להכין מילון היצירה מראש ולאפשר מחסן 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(לכתוב תשובת השוואה מלאה בנוסח 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אישית של 5-6 שורות על זיכרון בשם)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שקטה - כתיבת מילה אחת על 'זיכרון'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והקשבה לשיר 'אין לנו חיילים אלמונים'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טבלת 'אלמוני' מול 'בעל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השוואה קצרה לשיר 'עשרים שנה בגיא'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הבדל: אלמוני - בלי פרטים אישיים; בעל שם - עם פרטים מחזירים פנים; דוגמה מהטבלה בזוגות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לזיכרון של אדם ולא רק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שזיכרון בשם מחזיר פרטים אישיים ופנים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סמלים של זמן, דעיכה וכבוד לזיכרון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בלי לחץ של שיתוף - חשוב לשמור על אווירה 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עותקים מקוצרים לתלמידי חנ"מ לפי ההנחיה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רגוע ולהזכיר את האפשרות לפנות ליועצת במידת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מאבק וזיכרון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קוראים שירים העוסקים בזיכרון חיילים שנפלו, ובודקים איך שירה יכולה להחזיר לאדם את שמו ואת פניו, ולא להשאיר אותו 'חייל אלמוני'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בעל  ·  אדם  ·  אלמונים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השאלה הגדולה של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זוכרים אדם ולא רק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זה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את איזה שיר קוראים פעמיים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עשרים שנה בגיא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לנו חיילים אלמונים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נזכור אחים ורעים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התלמידים ממלאים בעבודה בזוגות?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שאלון רב 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טבלת 'אלמוני' מול 'בעל שם'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מבחן 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בודקים בקריאת 'עשרים שנה בגיא'?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הדובר ומה עושה הרוח לזר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מילים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 נכתב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בפתיחת השיעור התלמידים כותבים מילה אחת שעולה להם למשמע 'זיכרון'.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השיתוף בפתיחה הוא חובה לכולם.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ההשוואה קוראים שיר חדש בשם 'נזכור אחים ורעים'.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השאלה הגדולה של השיעור היא איך זוכרים __________, ולא רק אירוע.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השני קוראים בקול את השיר 'אין לנו חיילים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בעבודה בזוגות משווים בין 'אלמוני' לבין '__________ שם'.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מסלול להנחיה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מסלול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כתיבה אישית של 5-6 שורות על זיכרון בשם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לכתוב תשובת השוואה מלאה בנוסח בגרות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לקצר קריאה, לעבוד עם 3 אפשרויות ובלי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כלל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להכין מילון היצירה מראש ולאפשר מחסן מילות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השוואה קצרה לשיר 'עשרים שנה בגיא'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בזוגות על טבלת 'אלמוני' מול 'בעל שם'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והקשבה לשיר 'אין לנו חיילים אלמונים'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שקטה - כתיבת מילה אחת על 'זיכרון'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לזכור אדם כ'אלמוני' לבין לזכור אותו 'בעל שם'. תנו דוגמה מהשירים שנלמדו.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השאלה הגדולה של השיעור?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זיכרון 'אלמוני' ל'בעל 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מאבק וזיכרון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