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מאבק וזיכרון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זיכרון 'אלמוני' לזיכרון 'בעל שם'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סמלים כמו האבק והזר בשירי הזיכרון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על זיכרון של אדם או 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איך זוכרים אדם ולא רק 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אין לנו חיילים אלמונים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טבלת 'אלמוני' מול 'בעל שם'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מי הדובר ומה עושה הרוח לזר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זר בשיר של עמיחי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5-6 שורות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בשלב הפתיחה השקטה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כתוב שהשיתוף הוא רק למי שרוצה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מופיע בתיאור העבודה בזוגות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בשלב ההשוואה קוראים את 'עשרים שנה בגיא'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מופיע בשלב הסיום המרגיע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ההתאמה מציעה לקצר ולעבוד בלי שעון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אלמונים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מסלול להנחיה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(לקצר קריאה, לעבוד עם 3 אפשרויות ובלי שעון)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(להכין מילון היצירה מראש ולאפשר מחסן מילות קישור)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(לכתוב תשובת השוואה מלאה בנוסח בגרות)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(כתיבה אישית של 5-6 שורות על זיכרון בשם)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שלבי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שקטה - כתיבת מילה אחת על 'זיכרון'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קריאה והקשבה לשיר 'אין לנו חיילים אלמונים'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עבודה בזוגות על טבלת 'אלמוני' מול 'בעל שם'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השוואה קצרה לשיר 'עשרים שנה בגיא'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כתיבה אישית 'לזכור בשם'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סיום מרגיע - סבב 'מילה של תקווה'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התייחסות לשם קונקרטי, פרט אישי אחד לפחות, טון כן ולא שטחי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הבדל: אלמוני - בלי פרטים אישיים; בעל שם - עם פרטים מחזירים פנים; דוגמה מהטבלה בזוגות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לזיכרון של אדם ולא רק 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שזיכרון בשם מחזיר פרטים אישיים ופנים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סמלים של זמן, דעיכה וכבוד לזיכרון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בלי לחץ של שיתוף - חשוב לשמור על אווירה רגישה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להכין מראש עותקים מקוצרים לתלמידי חנ"מ לפי ההנחיה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בסבב רגוע ולהזכיר את האפשרות לפנות ליועצת במידת הצורך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מאבק וזיכרון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לומדים שירים על זיכרון של חיילים. בודקים איך שיר יכול לזכור אדם בשם שלו, ולא רק כ'חייל אלמוני'.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אלמוני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שאין יודעים את שמו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בעל שם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שזוכרים אותו עם השם האישי שלו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פרחים שקושרים יחד, שמים לזיכרון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אבק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שכבה דקה שנשארת אחרי זמן רב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דובר השיר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הקול שמספר בתוך השיר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בשיר שמייצג רעיון גדול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זיכרון קולקטיבי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זיכרון משותף של חברה שלמה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עמק, שטח נמוך בין הרים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השאלה המרכזית בשיעור?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 כותבים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 זוכרים אדם ולא רק 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 זה חרוז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 מנצחים במלחמה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שיר קוראים בקול פעמיים?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עשרים שנה בגיא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לנו חיילים אלמונים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נזכור אחים ורעים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של עמיחי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כתוב בטבלה שממלאים בזוגות?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שאלון רב ברירה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טבלת 'אלמוני' מול 'בעל שם'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מבחן אמריקאי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חרוזים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בודקים כשקוראים את השיר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הדובר ומה עושה הרוח לזר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מילים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 נכתב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המורה שכתבה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עם איזה זר משווים אותו?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דני אבדיה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זר בשיר של עמיחי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זר בסיפור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שורות כותבים בכתיבה האישית?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1-2 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5-6 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 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עמוד שלם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בפתיחת השיעור התלמידים כותבים מילה אחת שעולה להם למשמע 'זיכרון'.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השיתוף בפתיחה הוא חובה לכולם.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בעבודה בזוגות בודקים אילו פרטים בשיר מחזירים ליונתן פנים.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ההשוואה קוראים שיר חדש בשם 'נזכור אחים ורעים'.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שורת הסיום שמוזכרת היא 'לחיים ולא לכליה'.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בהתאמה למסלול חנ״מ מציעים להאריך את הקריאות ולהוסיף שעון זמן.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השאלה הגדולה של השיעור היא איך זוכרים __________, ולא רק אירוע.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בשלב השני קוראים בקול את השיר 'אין לנו חיילים __________'.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בעבודה בזוגות משווים בין 'אלמוני' לבין '__________ שם'.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בשלב ההשוואה בודקים מה עושה ה__________ עם הזר.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בכתיבה האישית הכותרת היא 'לזכור ב__________'.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שורת הסיום מהשיר 'נזכור אחים ורעים' היא 'לחיים ולא ל__________'.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מסלול להנחיה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מסלול חנ"מ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כתיבה אישית של 5-6 שורות על זיכרון בשם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לכתוב תשובת השוואה מלאה בנוסח בגרות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מתקדמים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להכין מילון היצירה מראש ולאפשר מחסן מילות קישור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כלל הכיתה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לקצר קריאה, לעבוד עם 3 אפשרויות ובלי שעון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שלבי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והקשבה לשיר 'אין לנו חיילים אלמונים'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אישית 'לזכור בשם'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שקטה - כתיבת מילה אחת על 'זיכרון'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עבודה בזוגות על טבלת 'אלמוני' מול 'בעל שם'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מרגיע - סבב 'מילה של תקווה'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קצרה לשיר 'עשרים שנה בגיא'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5-6 שורות בהשראת 'לזכור בשם' - על אדם, דמות או רעיון שחשוב לכם לזכור עם שם ולא כמשהו אלמוני.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לזכור אדם כ'אלמוני' לבין לזכור אותו 'בעל שם'. תנו דוגמה מהשירים שנלמדו.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השאלה הגדולה של השיעור?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זיכרון 'אלמוני' ל'בעל שם'?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מסמלים האבק והזר בשירים שנלמדו?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מאבק וזיכרון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